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Motivos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[Día] de [Mes] de [Año]</w:t>
      </w:r>
    </w:p>
    <w:p>
      <w:r>
        <w:t>[Nombre del coordinador o comité de admisiones][Nombre del programa][Nombre de la institución]</w:t>
      </w:r>
    </w:p>
    <w:p>
      <w:r>
        <w:t>Asunto: Carta de exposición de motivos — [Nombre completo del aspirante]</w:t>
      </w:r>
    </w:p>
    <w:p>
      <w:r>
        <w:t>Por medio de la presente me dirijo a usted para expresar mi interés en ingresar al[nombre del programa]de[institución]. Soy egresado(a) de la licenciatura en[carrera]por[institución de procedencia]y cuento con[X años]de experiencia en[área relevante].</w:t>
      </w:r>
    </w:p>
    <w:p>
      <w:r>
        <w:t>Mi interés en este programa surge de[motivo concreto: un proyecto de investigación que desarrollé / una problemática que identifiqué en mi ejercicio profesional / una línea de investigación del programa que coincide con mi área de trabajo]. Durante mi trayectoria he[logro específico con evidencia cuantificable o cualificable], lo que me ha llevado a identificar la necesidad de profundizar en[tema o área del programa].</w:t>
      </w:r>
    </w:p>
    <w:p>
      <w:r>
        <w:t>Considero que el[nombre del programa]es el espacio idóneo para este objetivo, dado que[razón específica: la línea de investigación del Dr./Dra. [nombre] / el enfoque en [área específica] / los convenios con [institución o sector]]. Mi propósito al concluir el programa es[objetivo profesional concreto a mediano plazo].</w:t>
      </w:r>
    </w:p>
    <w:p>
      <w:r>
        <w:t>Quedo a disposición del comité de admisiones para ampliar cualquier aspecto de esta exposición.</w:t>
      </w:r>
    </w:p>
    <w:p>
      <w:r>
        <w:t>Atentamente,</w:t>
      </w:r>
    </w:p>
    <w:p>
      <w:r>
        <w:t>[Nombre completo]</w:t>
      </w:r>
    </w:p>
    <w:p>
      <w:r>
        <w:t>[Correo institucional o personal] · [Teléfono]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