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Presentación para Solicitud de Empleo</w:t>
      </w:r>
    </w:p>
    <w:p>
      <w:pPr>
        <w:jc w:val="center"/>
      </w:pPr>
      <w:r>
        <w:rPr>
          <w:i/>
        </w:rPr>
        <w:t>Modelo editable 2026 — modelos-gratis.com</w:t>
      </w:r>
    </w:p>
    <w:p/>
    <w:p>
      <w:r>
        <w:t>[Ciudad], [Fecha]</w:t>
      </w:r>
    </w:p>
    <w:p>
      <w:r>
        <w:t>[Nombre del reclutador o responsable de RRHH][Empresa] — [Ciudad]</w:t>
      </w:r>
    </w:p>
    <w:p>
      <w:r>
        <w:t>Asunto: Solicitud para el puesto de [nombre del puesto]</w:t>
      </w:r>
    </w:p>
    <w:p>
      <w:r>
        <w:t>Por medio de la presente me dirijo a usted para postularme al puesto de[nombre del puesto]publicado en[fuente: OCC / LinkedIn / portal de la empresa]. Cuento con[X años]de experiencia en[área o sector]y considero que mi perfil responde a los requisitos de la posición.</w:t>
      </w:r>
    </w:p>
    <w:p>
      <w:r>
        <w:t>En mi posición anterior como[cargo]en[empresa],[logro concreto con número o resultado]. Esta experiencia me permite[conexión directa con el puesto al que aplicas].</w:t>
      </w:r>
    </w:p>
    <w:p>
      <w:r>
        <w:t>Estoy disponible para una entrevista en el horario que mejor le convenga. Adjunto mi CV actualizado para su revisión.</w:t>
      </w:r>
    </w:p>
    <w:p>
      <w:r>
        <w:t>Atentamente,</w:t>
      </w:r>
    </w:p>
    <w:p>
      <w:r>
        <w:t>[Tu nombre completo]</w:t>
      </w:r>
    </w:p>
    <w:p>
      <w:r>
        <w:t>[Teléfono] · [Correo electrónico] · [LinkedIn — opcional]</w:t>
      </w:r>
    </w:p>
    <w:p/>
    <w:p>
      <w:pPr>
        <w:jc w:val="center"/>
      </w:pPr>
      <w:r>
        <w:rPr>
          <w:sz w:val="18"/>
        </w:rPr>
        <w:t>Descargado en modelos-gratis.com — Uso personal y profesional permitido</w:t>
      </w:r>
    </w:p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