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Recomendación Laboral</w:t>
      </w:r>
    </w:p>
    <w:p>
      <w:pPr>
        <w:jc w:val="center"/>
      </w:pPr>
      <w:r>
        <w:rPr>
          <w:i/>
        </w:rPr>
        <w:t>Modelo editable 2025 — modelos-gratis.com</w:t>
      </w:r>
    </w:p>
    <w:p/>
    <w:p>
      <w:r>
        <w:t>[Ciudad], [Día] de [Mes] de [Año]</w:t>
      </w:r>
    </w:p>
    <w:p>
      <w:r>
        <w:t>A quien corresponda:</w:t>
      </w:r>
    </w:p>
    <w:p>
      <w:r>
        <w:t>Por medio de la presente, [Nombre completo del firmante], con cargo de [Puesto] en [Nombre de la empresa], me permito recomendar ampliamente a [Nombre del recomendado], quien laboró en nuestra organización del [fecha inicio] al [fecha salida] desempeñando el cargo de [puesto].</w:t>
      </w:r>
    </w:p>
    <w:p>
      <w:r>
        <w:t>Durante su estancia demostró ser una persona de [cualidad 1], [cualidad 2] y [cualidad 3]. Entre sus logros destacados se encuentran: [describe 1-2 logros concretos y medibles].</w:t>
      </w:r>
    </w:p>
    <w:p>
      <w:r>
        <w:t>Su relación con el equipo fue siempre [respetuosa / colaborativa / positiva] y su motivo de salida fue [renuncia voluntaria / cierre de proyecto / búsqueda de crecimiento].</w:t>
      </w:r>
    </w:p>
    <w:p>
      <w:r>
        <w:t>Lo recomiendo sin reservas para cualquier posición que requiera sus habilidades, y quedo disponible para verificar esta referencia en el teléfono [número] o al correo [correo].</w:t>
      </w:r>
    </w:p>
    <w:p>
      <w:r>
        <w:t>Atentamente,</w:t>
      </w:r>
    </w:p>
    <w:p>
      <w:r>
        <w:t>[Nombre y firma del firmante]</w:t>
      </w:r>
    </w:p>
    <w:p>
      <w:r>
        <w:t>[Sello de la empresa] — [Cargo] — [Empresa]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