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Renuncia Inmediata</w:t>
      </w:r>
    </w:p>
    <w:p>
      <w:pPr>
        <w:jc w:val="center"/>
      </w:pPr>
      <w:r>
        <w:rPr>
          <w:i/>
        </w:rPr>
        <w:t>Modelo editable 2026 — modelos-gratis.com</w:t>
      </w:r>
    </w:p>
    <w:p/>
    <w:p>
      <w:r>
        <w:t>[Ciudad], [Día] de [Mes] de [Año]</w:t>
      </w:r>
    </w:p>
    <w:p>
      <w:r>
        <w:t>[Nombre del jefe o RRHH][Empresa]</w:t>
      </w:r>
    </w:p>
    <w:p>
      <w:r>
        <w:t>Asunto: Renuncia con efectividad inmediata</w:t>
      </w:r>
    </w:p>
    <w:p>
      <w:r>
        <w:t>Por medio de la presente, yo[nombre completo], en mi carácter de[cargo], comunico mi renuncia irrevocable con efectividad a partir del día de hoy,[fecha].</w:t>
      </w:r>
    </w:p>
    <w:p>
      <w:r>
        <w:t>Quedo a disposición para hacer entrega formal de mis responsabilidades en el día de hoy.</w:t>
      </w:r>
    </w:p>
    <w:p>
      <w:r>
        <w:t>Atentamente,[Nombre completo][Firma] · [Teléfono]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