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Renuncia Irrevocable</w:t>
      </w:r>
    </w:p>
    <w:p>
      <w:pPr>
        <w:jc w:val="center"/>
      </w:pPr>
      <w:r>
        <w:rPr>
          <w:i/>
        </w:rPr>
        <w:t>Modelo editable 2026 — modelos-gratis.com</w:t>
      </w:r>
    </w:p>
    <w:p/>
    <w:p>
      <w:r>
        <w:t>[Ciudad], [Día] de [Mes] de [Año]</w:t>
      </w:r>
    </w:p>
    <w:p>
      <w:r>
        <w:t>[Nombre del jefe o RRHH][Empresa]</w:t>
      </w:r>
    </w:p>
    <w:p>
      <w:r>
        <w:t>Asunto: Renuncia irrevocable</w:t>
      </w:r>
    </w:p>
    <w:p>
      <w:r>
        <w:t>Por medio de la presente, yo[nombre completo], en mi carácter de[cargo], comunico de manera irrevocable mi renuncia al puesto que venía desempeñando, con efectividad a partir del[fecha].</w:t>
      </w:r>
    </w:p>
    <w:p>
      <w:r>
        <w:t>La presente decisión es definitiva e irreversible, por lo que solicito se inicien de inmediato los trámites de baja y liquidación de haberes.</w:t>
      </w:r>
    </w:p>
    <w:p>
      <w:r>
        <w:t>Atentamente,[Nombre completo][Firma] · [Teléfono]</w:t>
      </w:r>
    </w:p>
    <w:p/>
    <w:p>
      <w:pPr>
        <w:jc w:val="center"/>
      </w:pPr>
      <w:r>
        <w:rPr>
          <w:sz w:val="18"/>
        </w:rPr>
        <w:t>Descargado en modelos-gratis.com — Uso personal y profesional permitido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