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Renuncia Laboral Formal</w:t>
      </w:r>
    </w:p>
    <w:p>
      <w:pPr>
        <w:jc w:val="center"/>
      </w:pPr>
      <w:r>
        <w:rPr>
          <w:i/>
        </w:rPr>
        <w:t>Modelo editable 2026 — modelos-gratis.com</w:t>
      </w:r>
    </w:p>
    <w:p/>
    <w:p>
      <w:r>
        <w:t>[Ciudad], [Día] de [Mes] de [Año]</w:t>
      </w:r>
    </w:p>
    <w:p>
      <w:r>
        <w:t>[Nombre del jefe o RRHH][Empresa]No. de empleado: [número]</w:t>
      </w:r>
    </w:p>
    <w:p>
      <w:r>
        <w:t>Asunto: Renuncia voluntaria al cargo de [puesto]</w:t>
      </w:r>
    </w:p>
    <w:p>
      <w:r>
        <w:t>Por medio de la presente, yo[nombre completo], con número de empleado[número]y NSS[número de seguridad social], en mi carácter de[cargo], comunico mi renuncia voluntaria con efectividad al[fecha].</w:t>
      </w:r>
    </w:p>
    <w:p>
      <w:r>
        <w:t>Solicito se me haga entrega de: finiquito proporcional, carta de recomendación, baja del IMSS y constancia de retención de ISR del ejercicio en curso.</w:t>
      </w:r>
    </w:p>
    <w:p>
      <w:r>
        <w:t>Atentamente,[Nombre completo][Firma] · [Teléfono]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