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Renuncia para Continuar Estudios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jefe o RRHH][Empresa]</w:t>
      </w:r>
    </w:p>
    <w:p>
      <w:r>
        <w:t>Asunto: Renuncia voluntaria para continuar estudios</w:t>
      </w:r>
    </w:p>
    <w:p>
      <w:r>
        <w:t>Por medio de la presente, yo[nombre completo], en mi carácter de[cargo], comunico mi renuncia voluntaria con efectividad al[fecha], a fin de dedicarme a mis estudios de[nombre del programa / carrera]en[institución educativa].</w:t>
      </w:r>
    </w:p>
    <w:p>
      <w:r>
        <w:t>Agradezco profundamente la oportunidad de desarrollo profesional que esta empresa me brindó.</w:t>
      </w:r>
    </w:p>
    <w:p>
      <w:r>
        <w:t>Atentamente,[Nombre completo][Firma]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