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Carta de Renuncia por Salud</w:t>
      </w:r>
    </w:p>
    <w:p>
      <w:pPr>
        <w:jc w:val="center"/>
      </w:pPr>
      <w:r>
        <w:rPr>
          <w:i/>
        </w:rPr>
        <w:t>Modelo editable 2026 — modelos-gratis.com</w:t>
      </w:r>
    </w:p>
    <w:p/>
    <w:p>
      <w:r>
        <w:t>[Ciudad], [Día] de [Mes] de [Año]</w:t>
      </w:r>
    </w:p>
    <w:p>
      <w:r>
        <w:t>[Nombre del jefe o RRHH][Empresa]</w:t>
      </w:r>
    </w:p>
    <w:p>
      <w:r>
        <w:t>Asunto: Renuncia voluntaria por motivos de salud</w:t>
      </w:r>
    </w:p>
    <w:p>
      <w:r>
        <w:t>Por medio de la presente, yo[nombre completo], en mi carácter de[cargo], comunico mi renuncia voluntaria a partir del[fecha], derivada de condiciones de salud que me impiden continuar desempeñando mis funciones de manera óptima.</w:t>
      </w:r>
    </w:p>
    <w:p>
      <w:r>
        <w:t>Solicito se realicen los trámites correspondientes para mi baja y entrega del finiquito proporcional.</w:t>
      </w:r>
    </w:p>
    <w:p>
      <w:r>
        <w:t>Atentamente,[Nombre completo][Firma] · [Teléfono]</w:t>
      </w:r>
    </w:p>
    <w:p/>
    <w:p>
      <w:pPr>
        <w:jc w:val="center"/>
      </w:pPr>
      <w:r>
        <w:rPr>
          <w:sz w:val="18"/>
        </w:rPr>
        <w:t>Descargado en modelos-gratis.com — Uso personal y profesional permitido</w:t>
      </w:r>
    </w:p>
    <w:sectPr w:rsidR="00FC693F" w:rsidRPr="0006063C" w:rsidSect="00034616">
      <w:pgSz w:w="12240" w:h="15840"/>
      <w:pgMar w:top="1728" w:right="2160" w:bottom="1728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