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Despedida en Inglés</w:t>
      </w:r>
    </w:p>
    <w:p>
      <w:pPr>
        <w:jc w:val="center"/>
      </w:pPr>
      <w:r>
        <w:rPr>
          <w:i/>
        </w:rPr>
        <w:t>3 modelos Word editables — Formal, equipo y clientes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