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Modelo de Carta Formal</w:t>
      </w:r>
    </w:p>
    <w:p>
      <w:pPr>
        <w:jc w:val="center"/>
      </w:pPr>
      <w:r>
        <w:rPr>
          <w:i/>
        </w:rPr>
        <w:t>Plantilla editable 2026 — modelos-gratis.com</w:t>
      </w:r>
    </w:p>
    <w:p/>
    <w:p>
      <w:r>
        <w:t>[Ciudad], [Día] de [Mes] de [Año]</w:t>
      </w:r>
    </w:p>
    <w:p>
      <w:r>
        <w:t>[Nombre del destinatario / A quien corresponda][Cargo][Empresa o institución]Presente</w:t>
      </w:r>
    </w:p>
    <w:p>
      <w:r>
        <w:t>Asunto: [Resumen del motivo en una línea]</w:t>
      </w:r>
    </w:p>
    <w:p>
      <w:r>
        <w:t>Por medio de la presente, yo [Tu nombre completo] [CURP/RFC si aplica], me dirijo a usted respetuosamente para [motivo principal de la carta].</w:t>
      </w:r>
    </w:p>
    <w:p>
      <w:r>
        <w:t>[Párrafo de desarrollo: detalles, contexto, datos relevantes, fechas.]</w:t>
      </w:r>
    </w:p>
    <w:p>
      <w:r>
        <w:t>Por lo anterior, le solicito atentamente [qué esperas que haga el destinatario]. Quedo a disposición para cualquier información adicional que se requiera.</w:t>
      </w:r>
    </w:p>
    <w:p>
      <w:r>
        <w:t>Sin otro particular, agradezco de antemano la atención prestada.</w:t>
      </w:r>
    </w:p>
    <w:p>
      <w:r>
        <w:t>Atentamente,</w:t>
      </w:r>
    </w:p>
    <w:p>
      <w:r>
        <w:t>[Tu nombre completo]</w:t>
      </w:r>
    </w:p>
    <w:p>
      <w:r>
        <w:t>[Firma] — [Fecha] — [Teléfono de contacto opcional]</w:t>
      </w:r>
    </w:p>
    <w:p/>
    <w:p>
      <w:pPr>
        <w:jc w:val="center"/>
      </w:pPr>
      <w:r>
        <w:rPr>
          <w:sz w:val="18"/>
        </w:rPr>
        <w:t>Descargado en modelos-gratis.com — Uso personal y profesional permitido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