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Recomendacion para Estudiante</w:t>
      </w:r>
    </w:p>
    <w:p>
      <w:pPr>
        <w:jc w:val="center"/>
      </w:pPr>
      <w:r>
        <w:rPr>
          <w:i/>
        </w:rPr>
        <w:t>Modelo editable 2026 - modelos-gratis.com</w:t>
      </w:r>
    </w:p>
    <w:p/>
    <w:p>
      <w:r>
        <w:t>Por medio de la presente, yo [Nombre completo del docente], [cargo] del Departamento de [area] en [institucion], me permito recomendar a [Nombre del estudiante], matricula [matricula], [semestre] de [carrera], promedio [promedio].</w:t>
      </w:r>
    </w:p>
    <w:p>
      <w:r>
        <w:t>Durante el tiempo que he tenido la oportunidad de ser su [docente/asesor/coordinador], he constatado que destaca por [cualidades]. Menciono en particular [logro concreto].</w:t>
      </w:r>
    </w:p>
    <w:p>
      <w:r>
        <w:t>[Parrafo especifico: beca / intercambio / practica]</w:t>
      </w:r>
    </w:p>
    <w:p>
      <w:r>
        <w:t>Atentamente, [Nombre del docente] · [Cargo] · [Institucion] · [Telefono] · [Correo]</w:t>
      </w:r>
    </w:p>
    <w:p/>
    <w:p>
      <w:pPr>
        <w:jc w:val="center"/>
      </w:pPr>
      <w:r>
        <w:rPr>
          <w:sz w:val="18"/>
        </w:rPr>
        <w:t>Descargado en modelos-gratis.com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