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Currículum Sencillo</w:t>
      </w:r>
    </w:p>
    <w:p>
      <w:pPr>
        <w:jc w:val="center"/>
      </w:pPr>
      <w:r>
        <w:rPr>
          <w:i/>
        </w:rPr>
        <w:t>Plantilla editable 2026 — modelos-gratis.com</w:t>
      </w:r>
    </w:p>
    <w:p/>
    <w:p>
      <w:r>
        <w:t>Nombre completo</w:t>
      </w:r>
    </w:p>
    <w:p>
      <w:r>
        <w:t>Ciudad, Estado · Teléfono · Correo electrónico</w:t>
      </w:r>
    </w:p>
    <w:p>
      <w:r>
        <w:t>OBJETIVO LABORAL (opcional)</w:t>
      </w:r>
    </w:p>
    <w:p>
      <w:r>
        <w:t>[Busco incorporarme como [puesto] en empresa con turno [matutino/vespertino/nocturno]. Disponibilidad inmediata.]</w:t>
      </w:r>
    </w:p>
    <w:p>
      <w:r>
        <w:t>EXPERIENCIA LABORAL</w:t>
      </w:r>
    </w:p>
    <w:p>
      <w:r>
        <w:t>Puesto — Empresa, Ciudad · Mes/Año – Mes/Año</w:t>
      </w:r>
    </w:p>
    <w:p>
      <w:r>
        <w:t>· Actividad principal del puesto</w:t>
      </w:r>
    </w:p>
    <w:p>
      <w:r>
        <w:t>· Logro o responsabilidad destacada</w:t>
      </w:r>
    </w:p>
    <w:p>
      <w:r>
        <w:t>Puesto anterior — Empresa, Ciudad · Mes/Año – Mes/Año</w:t>
      </w:r>
    </w:p>
    <w:p>
      <w:r>
        <w:t>· Actividad principal</w:t>
      </w:r>
    </w:p>
    <w:p>
      <w:r>
        <w:t>FORMACIÓN ACADÉMICA</w:t>
      </w:r>
    </w:p>
    <w:p>
      <w:r>
        <w:t>Carrera o preparatoria · Escuela · Año de egreso</w:t>
      </w:r>
    </w:p>
    <w:p>
      <w:r>
        <w:t>HABILIDADES</w:t>
      </w:r>
    </w:p>
    <w:p>
      <w:r>
        <w:t>Habilidad 1 · Habilidad 2 · Conocimiento relevante</w:t>
      </w:r>
    </w:p>
    <w:p>
      <w:r>
        <w:t>DATOS ADICIONALES</w:t>
      </w:r>
    </w:p>
    <w:p>
      <w:r>
        <w:t>Disponibilidad: inmediata · Turno: indistinto · Movilidad: sí</w:t>
      </w:r>
    </w:p>
    <w:p>
      <w:r>
        <w:t>Referencias: disponibles a solicitud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