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Resignation Letter / Carta de Renuncia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[City], [Month] [Day], [Year]</w:t>
      </w:r>
    </w:p>
    <w:p>
      <w:r>
        <w:t>Dear [Manager Name],</w:t>
      </w:r>
    </w:p>
    <w:p>
      <w:r>
        <w:t>I am writing to formally resign from my position as[Job Title]at[Company Name], effective[Last Day — typically two weeks from today].</w:t>
      </w:r>
    </w:p>
    <w:p>
      <w:r>
        <w:t>I am grateful for the opportunities for growth and development that [Company Name] has provided me. I will do my best to ensure a smooth transition before my departure.</w:t>
      </w:r>
    </w:p>
    <w:p>
      <w:r>
        <w:t>Thank you for the experience and the support during my time here.</w:t>
      </w:r>
    </w:p>
    <w:p>
      <w:r>
        <w:t>Sincerely,[Your Full Name][Phone] · [Email]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